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הקשורות לפרחים ולצמחים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משפטים פשוטים על פרחים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בתוך 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מים ושמש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פרחים הם בצבעים שונים, לא רק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השורש גדל 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צמחים צריכים מים כדי לגדול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גבעול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צבעוני בצמח)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(נמצא בתוך האדמה)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(ממנו גדל צמח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(מחזיק את הפרח)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שמים זרע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נותנים מים ושמש לזרע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הזרע גדל והופך לצמח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הצמח גדל ומופיע עליו פרח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פרח - חלק צבעוני, שורש - בתוך האדמה, זרע - ממנו גדל צמח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חלק הצמח שבתוך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מים ושמש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מזרע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במשחק הזיכרון באתר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עולים חדשים כדאי להקריא את המשפטים בקול ולהסביר מילים קשות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להוסיף תמונות אמיתיות של פרחים לצד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פרחים וצמחים - משחק הזוגות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יש משחק זיכרון שבו מחפשים זוגות של קלפים עם תמונות פרחים. בדף הזה נתרגל מילים חשובות על פרחים וצמחים.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גבעול  ·  שורש  ·  מים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נקרא החלק הצבעוני של הצמח?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איפה נמצא השורש של הצמח?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בתוך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הפרח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הצמח צריך כדי לגדול?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מים ושמש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הפרח הוא תמיד ירוק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השורש נמצא בתוך האדמה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צמח יכול לגדול בלי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הפרח צומח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של הצמח 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הצמח צריך __________ ושמש כדי לגדול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מחזיק את הפרח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ממנו גדל צמח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זרע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נמצא בתוך האדמה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גבעול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צבעוני בצמח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נותנים מים ושמש לזרע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זרע באדמה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הצמח גדל ומופיע עליו פרח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הזרע גדל והופך לצמח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שלמדתם היום על פרחים וצמחים, והסבירו בקצרה מה כל מילה אומרת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הצמח צריך כדי לגדול?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פרחים וצמחים - משחק הזוגות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