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🍂 סודות הפריחה: מגלים, משחקים ויוצרים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פרחים וצמחים - משחק הזוגות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בסיסיות הקשורות לפרחים ולצמחים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התאמה בין מילה למשמעות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לקרוא משפטים פשוטים על פרחים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פרח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בתוך האדמה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מים ושמש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עלה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מזרע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הגבעול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פרחים הם בצבעים שונים, לא רק ירוק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השורש גדל מתחת לאדמה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צמחים צריכים מים כדי לגדול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זרעים הם ההתחלה של צמחים חדשים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הגבעול נמצא מעל האדמה ומחזיק את הפרח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גבעול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זרע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אדמה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(חלק צבעוני בצמח)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(נמצא בתוך האדמה)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(ממנו גדל צמח חדש)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(מחזיק את הפרח)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(חלק ירוק ושטוח)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שמים זרע באדמה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נותנים מים ושמש לזרע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הזרע גדל והופך לצמח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הצמח גדל ומופיע עליו פרח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פרח - חלק צבעוני, שורש - בתוך האדמה, זרע - ממנו גדל צמח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שורש - חלק הצמח שבתוך האדמה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מים ושמש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מזרע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קודם במשחק הזיכרון באתר ואז לעבור לדף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עולים חדשים כדאי להקריא את המשפטים בקול ולהסביר מילים קשות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להוסיף תמונות אמיתיות של פרחים לצד כל מילה כדי לחזק את ההבנה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🍂 סודות הפריחה: מגלים, משחקים ויוצרים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פרחים וצמחים - משחק הזוגות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משחק: הופכים קלפים ומוצאים זוגות. בדף הזה לומדים מילים על פרחים.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 צבעוני בצמח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 ירוק ושטוח בצמח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גבעול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החלק הארוך שמחזיק את הפרח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 הצמח שבתוך האדמה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זרע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קטן שממנו גדל צמח חדש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אדמה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המקום שבו גדל הצמח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שמש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אור שעוזר לצמח לגדול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נוזל שהצמח צריך כדי לגדול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בחירה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קוראים לחלק הצבעוני?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אדמה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איפה השורש?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בתוך האדמה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 הפרח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בשמיים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צריך הצמח?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מים ושמש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קוראים לחלק הירוק?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זרע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גבעול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ממה גדל צמח חדש?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מאבן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מזרע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מכדור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מחזיק את הפרח?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הגבעול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הכוכב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הפרח הוא תמיד ירוק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השורש נמצא בתוך האדמה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צמח יכול לגדול בלי מים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מזרע קטן יכול לגדול צמח חדש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גבעול הוא חלק שנמצא רק באדמה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הפרח צומח על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ה__________ של הצמח נמצא בתוך האדמה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הצמח צריך __________ ושמש כדי לגדול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מתוך ה__________ גדל צמח חדש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ה__________ הוא החלק הירוק והשטוח בצמח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הצמח גדל בתוך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פרח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נמצא בתוך האדמה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שורש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חלק צבעוני בצמח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זרע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חלק ירוק ושטוח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גבעול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ממנו גדל צמח חדש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מחזיק את הפרח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הצמח גדל ומופיע עליו פרח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הזרע גדל והופך לצמח קטן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נותנים מים ושמש לזרע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שמים זרע באדמה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 מילים שלמדתם היום על פרחים וצמחים, והסבירו בקצרה מה כל מילה אומרת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שורש?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הצמח צריך כדי לגדול?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ממה גדל צמח חדש?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פרחים וצמחים - משחק הזוגות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