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פרחים וצמחים - משחק הזוגות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הקשורות לפרחים ולצמחים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פשוטים על 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בתוך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 ושמש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הגבעול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פרחים הם בצבעים שונים, לא רק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גדל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צמחים צריכים מים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זרעים הם ההתחלה של צמחים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הגבעול נמצא מעל האדמה ומחזיק את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צבעוני בצמח)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(נמצא בתוך 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(ממנו גדל צמח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(מחזיק את 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(חלק ירוק ושטוח)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זרע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נותנים מים ושמש לזרע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הזרע גדל והופך לצמח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הצמח גדל ומופיע עליו 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פרח - חלק צבעוני, שורש - בתוך האדמה, זרע - ממנו גדל צמח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חלק הצמח שבתוך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ושמש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הזיכרון באתר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להקריא את המשפטים בקול ולהסביר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תמונות אמיתיות של פרחים לצד 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פרחים וצמחים - משחק הזוגות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 זיכרון שבו מחפשים זוגות של קלפים עם תמונות פרחים. בדף הזה נתרגל מילים חשובות על פרחים וצמחים.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נקרא החלק הצבעוני של הצמח?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השורש של הצמח?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הצמח צריך כדי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נקרא החלק הירוק והשטוח בצמח?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ממה גדל צמח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מחזיק את הפרח?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הגבעול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 הוא תמיד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נמצא בתוך האדמה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יכול לגדול בלי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מזרע קטן יכול לגדול צמח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גבעול הוא חלק שנמצא רק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הפרח צומח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הצמח נמצא 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הצמח צריך __________ ושמש כדי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מתוך ה__________ גדל צמח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החלק הירוק והשטוח בצמח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הצמח גדל בתוך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ירוק ושטוח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ממנו גדל צמח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נמצא בתוך 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צבעוני בצמח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מחזיק את הפרח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גדל ומופיע עליו פרח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זרע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מים ושמש לזרע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הזרע גדל והופך לצמח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שלמדתם היום על פרחים וצמחים, והסבירו בקצרה מה כל מילה אומרת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הצמח צריך כדי לגדול?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גדל צמח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פרחים וצמחים - משחק הזוגות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